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Texte à corriger – Étape 3 (Révision)</w:t>
      </w:r>
    </w:p>
    <w:p>
      <w:r>
        <w:br/>
        <w:t>Société "Nouvelle Energie"</w:t>
        <w:br/>
        <w:t>45 avnue du soleil vert - 69003 Lion</w:t>
        <w:br/>
        <w:t>Tel : 04 78 90 12 34 - Email : service-client@nouvel-energi.fr</w:t>
        <w:br/>
        <w:br/>
        <w:t>Madame, Monsieur,</w:t>
        <w:br/>
        <w:br/>
        <w:t>Notre societé et fier de vous presenté sa nouvelle gamme de batterie solair haute performence.</w:t>
        <w:br/>
        <w:t>Celles-ci vous permete de stocker l’energi produite la journee, pour l’utilisé la nuit.</w:t>
        <w:br/>
        <w:br/>
        <w:t>Graces a se systeme, vos facture electrique son reduite et votre autonomie s ameliore considerablement.</w:t>
        <w:br/>
        <w:t>Nous recomandons particulierement notre modele "PowerMax" qui a obtenue le prix de l inovation 2024.</w:t>
        <w:br/>
        <w:br/>
        <w:t>Si vous desirés plus d information ou un devis personalisé, n’hesité pas a prennndre contacte avec notre service commerciale.</w:t>
        <w:br/>
        <w:br/>
        <w:t>En vous remerciant de votre confiance, veuillez agreer nos salutation distinguées.</w:t>
        <w:br/>
        <w:br/>
        <w:t>Le responsable developpement – Nouvelle Energie</w:t>
        <w:br/>
        <w:t>Claire MARTIN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